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00400" cy="1854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put_file_1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54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>Relatório Mensal de Desempenho Setorial</w:t>
      </w:r>
    </w:p>
    <w:p>
      <w:r>
        <w:t>Mês de Referência: ________________________</w:t>
      </w:r>
    </w:p>
    <w:p>
      <w:r>
        <w:t>Setor: ____________________________________</w:t>
      </w:r>
    </w:p>
    <w:p>
      <w:r>
        <w:t>Data de Preenchimento: ____/____/________</w:t>
      </w:r>
    </w:p>
    <w:p/>
    <w:p>
      <w:pPr>
        <w:pStyle w:val="Heading2"/>
      </w:pPr>
      <w:r>
        <w:t>1. Resumo Executivo do Mês</w:t>
      </w:r>
    </w:p>
    <w:p>
      <w:r>
        <w:rPr>
          <w:b/>
        </w:rPr>
        <w:t>Faça um breve resumo de como foi o ritmo de trabalho do seu setor neste mês (Foi um mês tranquilo? Muito turbulento? Quais foram as maiores conquistas?):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2"/>
      </w:pPr>
      <w:r>
        <w:t>2. Produtividade e Entregas</w:t>
      </w:r>
    </w:p>
    <w:p>
      <w:r>
        <w:rPr>
          <w:b/>
        </w:rPr>
        <w:t>Quais foram as 3 principais tarefas ou projetos concluídos pelo setor este mês?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r>
        <w:rPr>
          <w:b/>
        </w:rPr>
        <w:t>Ficou alguma pendência importante acumulada para o próximo mês? Se sim, qual?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2"/>
      </w:pPr>
      <w:r>
        <w:t>3. Desafios e Alinhamento Intersetorial</w:t>
      </w:r>
    </w:p>
    <w:p>
      <w:r>
        <w:rPr>
          <w:b/>
        </w:rPr>
        <w:t>Qual foi o maior desafio ou gargalo enfrentado pela sua equipe neste mês?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r>
        <w:rPr>
          <w:b/>
        </w:rPr>
        <w:t>O seu setor teve dificuldades de comunicação ou atrasos por conta de algum outro setor específico? Como podemos melhorar isso no próximo mês?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2"/>
      </w:pPr>
      <w:r>
        <w:t>4. Avaliação Individual da Equipe</w:t>
      </w:r>
    </w:p>
    <w:p>
      <w:r>
        <w:t>Avalie o desempenho, os pontos fortes e as dificuldades de cada membro da equipe ao longo deste mês.</w:t>
      </w:r>
    </w:p>
    <w:p>
      <w:pPr>
        <w:pStyle w:val="Heading3"/>
      </w:pPr>
      <w:r>
        <w:t>4.1 Líder do Setor</w:t>
      </w:r>
    </w:p>
    <w:p>
      <w:r>
        <w:t>Nome: _________________________</w:t>
      </w:r>
    </w:p>
    <w:p>
      <w:r>
        <w:rPr>
          <w:b/>
        </w:rPr>
        <w:t>Autoavaliação (Desempenho, desafios superados e pontos a melhorar):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3"/>
      </w:pPr>
      <w:r>
        <w:t>4.2 Técnico</w:t>
      </w:r>
    </w:p>
    <w:p>
      <w:r>
        <w:t>Nome: _________________________</w:t>
      </w:r>
    </w:p>
    <w:p>
      <w:r>
        <w:rPr>
          <w:b/>
        </w:rPr>
        <w:t>Avaliação (Desempenho, engajamento nas tarefas técnicas e pontos a melhorar):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3"/>
      </w:pPr>
      <w:r>
        <w:t>4.3 Auxiliar</w:t>
      </w:r>
    </w:p>
    <w:p>
      <w:r>
        <w:t>Nome: _________________________</w:t>
      </w:r>
    </w:p>
    <w:p>
      <w:r>
        <w:rPr>
          <w:b/>
        </w:rPr>
        <w:t>Avaliação (Desempenho, suporte à equipe e pontos a melhorar):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2"/>
      </w:pPr>
      <w:r>
        <w:t>5. Metas para o Próximo Mês</w:t>
      </w:r>
    </w:p>
    <w:p>
      <w:r>
        <w:rPr>
          <w:b/>
        </w:rPr>
        <w:t>Cite 2 objetivos ou melhorias que o seu setor pretende implementar ou alcançar no próximo mês: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p>
      <w:pPr>
        <w:pStyle w:val="Heading2"/>
      </w:pPr>
      <w:r>
        <w:t>6. Feedback para o Administrativo (Opcional)</w:t>
      </w:r>
    </w:p>
    <w:p>
      <w:r>
        <w:rPr>
          <w:b/>
        </w:rPr>
        <w:t>O que o setor Administrativo pode fazer para apoiar melhor a sua equipe no próximo mês?</w:t>
      </w:r>
    </w:p>
    <w:p>
      <w:r>
        <w:t>_________________________________________________________________________________</w:t>
      </w:r>
    </w:p>
    <w:p>
      <w:r>
        <w:t>_________________________________________________________________________________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06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339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206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